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type="auto" w:w="0"/>
        <w:jc w:val="center"/>
        <w:tblLayout w:type="fixed"/>
        <w:tblLook w:firstColumn="1" w:firstRow="1" w:lastColumn="0" w:lastRow="0" w:noHBand="0" w:noVBand="1" w:val="04A0"/>
      </w:tblPr>
      <w:tblGrid>
        <w:gridCol w:w="2952"/>
        <w:gridCol w:w="3786"/>
        <w:gridCol w:w="2952"/>
      </w:tblGrid>
      <w:tr>
        <w:tc>
          <w:tcPr>
            <w:tcW w:type="dxa" w:w="2952"/>
            <w:vAlign w:val="center"/>
            <w:tcBorders>
              <w:top w:val="nil"/>
              <w:left w:val="nil"/>
              <w:bottom w:val="nil"/>
              <w:right w:val="nil"/>
              <w:insideH w:val="nil"/>
              <w:insideV w:val="nil"/>
            </w:tcBorders>
            <w:tcMar>
              <w:top w:w="0" w:type="dxa"/>
              <w:left w:w="0" w:type="dxa"/>
              <w:bottom w:w="0" w:type="dxa"/>
              <w:right w:w="0" w:type="dxa"/>
            </w:tcMar>
          </w:tcPr>
          <w:p>
            <w:pPr>
              <w:keepNext/>
              <w:spacing w:before="0" w:after="0"/>
              <w:jc w:val="left"/>
            </w:pPr>
            <w:r>
              <w:drawing>
                <wp:inline xmlns:a="http://schemas.openxmlformats.org/drawingml/2006/main" xmlns:pic="http://schemas.openxmlformats.org/drawingml/2006/picture">
                  <wp:extent cx="1645920" cy="548640"/>
                  <wp:docPr id="2" name="Picture 2"/>
                  <wp:cNvGraphicFramePr>
                    <a:graphicFrameLocks noChangeAspect="1"/>
                  </wp:cNvGraphicFramePr>
                  <a:graphic>
                    <a:graphicData uri="http://schemas.openxmlformats.org/drawingml/2006/picture">
                      <pic:pic>
                        <pic:nvPicPr>
                          <pic:cNvPr id="0" name="image.png"/>
                          <pic:cNvPicPr/>
                        </pic:nvPicPr>
                        <pic:blipFill>
                          <a:blip r:embed="rId7"/>
                          <a:stretch>
                            <a:fillRect/>
                          </a:stretch>
                        </pic:blipFill>
                        <pic:spPr>
                          <a:xfrm>
                            <a:off x="0" y="0"/>
                            <a:ext cx="1645920" cy="548640"/>
                          </a:xfrm>
                          <a:prstGeom prst="rect"/>
                        </pic:spPr>
                      </pic:pic>
                    </a:graphicData>
                  </a:graphic>
                </wp:inline>
              </w:drawing>
            </w:r>
          </w:p>
        </w:tc>
        <w:tc>
          <w:tcPr>
            <w:tcW w:type="dxa" w:w="3786"/>
            <w:vAlign w:val="center"/>
            <w:tcBorders>
              <w:top w:val="nil"/>
              <w:left w:val="nil"/>
              <w:bottom w:val="nil"/>
              <w:right w:val="nil"/>
              <w:insideH w:val="nil"/>
              <w:insideV w:val="nil"/>
            </w:tcBorders>
            <w:tcMar>
              <w:top w:w="0" w:type="dxa"/>
              <w:left w:w="0" w:type="dxa"/>
              <w:bottom w:w="0" w:type="dxa"/>
              <w:right w:w="0" w:type="dxa"/>
            </w:tcMar>
          </w:tcPr>
          <w:p>
            <w:pPr>
              <w:pStyle w:val="Title"/>
              <w:keepNext/>
              <w:spacing w:before="0" w:after="0"/>
              <w:jc w:val="center"/>
            </w:pPr>
            <w:r>
              <w:rPr>
                <w:rFonts w:ascii="Georgia" w:hAnsi="Georgia"/>
                <w:b/>
                <w:color w:val="000000"/>
                <w:sz w:val="42"/>
              </w:rPr>
              <w:t>Oristella</w:t>
              <w:br/>
            </w:r>
            <w:r>
              <w:rPr>
                <w:rFonts w:ascii="Calibri" w:hAnsi="Calibri"/>
                <w:b w:val="0"/>
                <w:color w:val="000000"/>
                <w:sz w:val="24"/>
              </w:rPr>
              <w:t>AI Systems for Gold Mining</w:t>
            </w:r>
          </w:p>
        </w:tc>
        <w:tc>
          <w:tcPr>
            <w:tcW w:type="dxa" w:w="2952"/>
            <w:vAlign w:val="center"/>
            <w:tcBorders>
              <w:top w:val="nil"/>
              <w:left w:val="nil"/>
              <w:bottom w:val="nil"/>
              <w:right w:val="nil"/>
              <w:insideH w:val="nil"/>
              <w:insideV w:val="nil"/>
            </w:tcBorders>
            <w:tcMar>
              <w:top w:w="0" w:type="dxa"/>
              <w:left w:w="0" w:type="dxa"/>
              <w:bottom w:w="0" w:type="dxa"/>
              <w:right w:w="0" w:type="dxa"/>
            </w:tcMar>
          </w:tcPr>
          <w:p>
            <w:pPr>
              <w:keepNext/>
              <w:spacing w:before="0" w:after="60"/>
              <w:jc w:val="right"/>
            </w:pPr>
            <w:hyperlink r:id="rId8">
              <w:r>
                <w:rPr>
                  <w:color w:val="0563C1"/>
                  <w:sz w:val="18"/>
                  <w:rFonts w:ascii="Calibri" w:hAnsi="Calibri"/>
                </w:rPr>
                <w:t>www.oristella.com</w:t>
              </w:r>
            </w:hyperlink>
          </w:p>
          <w:p>
            <w:pPr>
              <w:keepNext/>
              <w:spacing w:after="60"/>
              <w:jc w:val="right"/>
            </w:pPr>
            <w:r>
              <w:rPr>
                <w:rFonts w:ascii="Calibri" w:hAnsi="Calibri"/>
                <w:color w:val="536474"/>
                <w:sz w:val="18"/>
              </w:rPr>
              <w:t>Ilya Karas</w:t>
            </w:r>
          </w:p>
          <w:p>
            <w:pPr>
              <w:keepNext/>
              <w:spacing w:after="60"/>
              <w:jc w:val="right"/>
            </w:pPr>
            <w:hyperlink r:id="rIdContact21">
              <w:r>
                <w:rPr>
                  <w:color w:val="0563C1"/>
                  <w:sz w:val="18"/>
                  <w:rFonts w:ascii="Calibri" w:hAnsi="Calibri"/>
                </w:rPr>
                <w:t>ilya.karas@farafina.gold</w:t>
              </w:r>
            </w:hyperlink>
          </w:p>
        </w:tc>
      </w:tr>
    </w:tbl>
    <w:p>
      <w:pPr>
        <w:keepNext/>
        <w:spacing w:before="360" w:after="240"/>
        <w:jc w:val="center"/>
      </w:pPr>
      <w:r>
        <w:rPr>
          <w:rFonts w:ascii="Georgia" w:hAnsi="Georgia"/>
          <w:b/>
          <w:color w:val="152D40"/>
          <w:sz w:val="36"/>
        </w:rPr>
        <w:t>Oristella Investment Proposal</w:t>
      </w:r>
    </w:p>
    <w:p w14:paraId="7588312F" w14:textId="77777777" w:rsidR="004F32FE" w:rsidRDefault="00000000">
      <w:pPr>
        <w:pStyle w:val="FirstParagraph"/>
      </w:pPr>
      <w:r>
        <w:rPr>
          <w:b/>
          <w:bCs/>
          <w:i/>
          <w:iCs/>
        </w:rPr>
        <w:t>Oristella began as the AI that runs a gold mining company. It has become the AI that builds gold mining companies.</w:t>
      </w:r>
    </w:p>
    <w:p>
      <w:pPr>
        <w:pStyle w:val="BodyText"/>
      </w:pPr>
      <w:r>
        <w:t>This document contains the Investment Proposal and the complete Strategy in Appendix 1. Appendices 2–6 and supporting technical documents open from the links at the end.</w:t>
      </w:r>
    </w:p>
    <w:p w14:paraId="04D3BFC7" w14:textId="77777777" w:rsidR="004F32FE" w:rsidRDefault="00000000">
      <w:pPr>
        <w:pStyle w:val="Heading2"/>
      </w:pPr>
      <w:bookmarkStart w:id="1" w:name="strategy"/>
      <w:r>
        <w:t>1 Strategy</w:t>
      </w:r>
    </w:p>
    <w:p w14:paraId="4A70F7C1" w14:textId="77777777" w:rsidR="004F32FE" w:rsidRDefault="00000000">
      <w:pPr>
        <w:pStyle w:val="FirstParagraph"/>
      </w:pPr>
      <w:r>
        <w:rPr>
          <w:b/>
          <w:bCs/>
        </w:rPr>
        <w:t>Expertise within reach, at a substantially lower entry cost.</w:t>
      </w:r>
      <w:r>
        <w:t xml:space="preserve"> A junior gold company in Guinea holds a licence, a deadline and no geologist on staff. Consultants quote six figures and four months. Oristella delivers the package at a fraction of the cost and time, with experience gained at Farafina Gold Group.</w:t>
      </w:r>
    </w:p>
    <w:p w14:paraId="6ADD855F" w14:textId="77777777" w:rsidR="004F32FE" w:rsidRDefault="00000000">
      <w:pPr>
        <w:pStyle w:val="BodyText"/>
      </w:pPr>
      <w:r>
        <w:rPr>
          <w:b/>
          <w:bCs/>
        </w:rPr>
        <w:t>Industry structure.</w:t>
      </w:r>
      <w:r>
        <w:t xml:space="preserve"> Small operators have limited bargaining power against consultants and depend on specialist software and scarce expertise.</w:t>
      </w:r>
      <w:r>
        <w:t xml:space="preserve"> Shared infrastructure and reusable workflows change that cost structure.</w:t>
      </w:r>
    </w:p>
    <w:p w14:paraId="4F527AAE" w14:textId="77777777" w:rsidR="004F32FE" w:rsidRDefault="00000000">
      <w:pPr>
        <w:pStyle w:val="BodyText"/>
      </w:pPr>
      <w:r>
        <w:rPr>
          <w:b/>
          <w:bCs/>
        </w:rPr>
        <w:t>Strategic position.</w:t>
      </w:r>
      <w:r>
        <w:t xml:space="preserve"> A niche player with absolute focus on gold mining, combining lower delivery costs with specialist quality. Oristella supplies documentation and management capabilities: its agents act within defined decision rights, with named responsibility for accepted results.</w:t>
      </w:r>
    </w:p>
    <w:p w14:paraId="2A395814" w14:textId="77777777" w:rsidR="004F32FE" w:rsidRDefault="00000000">
      <w:pPr>
        <w:pStyle w:val="BodyText"/>
      </w:pPr>
      <w:r>
        <w:rPr>
          <w:b/>
          <w:bCs/>
        </w:rPr>
        <w:t>Value proposition.</w:t>
      </w:r>
      <w:r>
        <w:t xml:space="preserve"> A defined job at a fixed price. The client receives the output of a full expert team without building one; later updates are expected to be far faster and cheaper than the first delivery.</w:t>
      </w:r>
    </w:p>
    <w:p w14:paraId="74F4BC32" w14:textId="77777777" w:rsidR="004F32FE" w:rsidRDefault="00000000">
      <w:pPr>
        <w:pStyle w:val="BodyText"/>
      </w:pPr>
      <w:r>
        <w:rPr>
          <w:b/>
          <w:bCs/>
        </w:rPr>
        <w:t>Barriers to entry.</w:t>
      </w:r>
      <w:r>
        <w:t xml:space="preserve"> Oristella lowers the two barriers that keep clients out of mining - cost and time - and raises the barriers to entry into its own market for competitors: accumulated knowledge, the experience curve and a regional physical base.</w:t>
      </w:r>
    </w:p>
    <w:p w14:paraId="6BE4CE8F" w14:textId="77777777" w:rsidR="004F32FE" w:rsidRDefault="00000000">
      <w:pPr>
        <w:pStyle w:val="BodyText"/>
      </w:pPr>
      <w:r>
        <w:rPr>
          <w:b/>
          <w:bCs/>
        </w:rPr>
        <w:t>Sustainable competitive advantage.</w:t>
      </w:r>
      <w:r>
        <w:t xml:space="preserve"> The lasting asset is accumulated knowledge: enterprise models, decision history, agent skills.</w:t>
      </w:r>
      <w:r>
        <w:t xml:space="preserve"> Tools can be swapped; the knowledge stays. Documented regional requirements </w:t>
      </w:r>
      <w:r>
        <w:t>add context that general models do not receive by default</w:t>
      </w:r>
      <w:r>
        <w:t>. Retention rests on accepted results, accumulated context and integration, while clients retain access to their own data.</w:t>
      </w:r>
    </w:p>
    <w:p w14:paraId="43D542A7" w14:textId="77777777" w:rsidR="004F32FE" w:rsidRDefault="004F32FE">
      <w:pPr>
        <w:pStyle w:val="BodyText"/>
      </w:pPr>
      <w:r>
        <w:t>Appendix 1 Strategy is reproduced after Section 6.</w:t>
      </w:r>
    </w:p>
    <w:p w14:paraId="676AE080" w14:textId="77777777" w:rsidR="004F32FE" w:rsidRDefault="00000000">
      <w:pPr>
        <w:pStyle w:val="Heading2"/>
      </w:pPr>
      <w:bookmarkStart w:id="2" w:name="market-strategy"/>
      <w:bookmarkEnd w:id="1"/>
      <w:r>
        <w:t>2 Market Strategy</w:t>
      </w:r>
    </w:p>
    <w:p w14:paraId="0A33748E" w14:textId="77777777" w:rsidR="004F32FE" w:rsidRDefault="00000000">
      <w:pPr>
        <w:pStyle w:val="FirstParagraph"/>
      </w:pPr>
      <w:r>
        <w:rPr>
          <w:b/>
        </w:rPr>
        <w:t xml:space="preserve">Demonstrate, then contract. </w:t>
      </w:r>
      <w:r>
        <w:rPr/>
        <w:t xml:space="preserve">The starting market is all of Guinea; Sierra Leone and the neighbouring countries follow. Initial requests are already in hand: licence-extension documentation, geological modelling and mine planning.</w:t>
      </w:r>
    </w:p>
    <w:p w14:paraId="730B2E32" w14:textId="77777777" w:rsidR="004F32FE" w:rsidRDefault="00000000">
      <w:pPr>
        <w:pStyle w:val="BodyText"/>
      </w:pPr>
      <w:r>
        <w:rPr>
          <w:b/>
          <w:bCs/>
        </w:rPr>
        <w:lastRenderedPageBreak/>
        <w:t>Route to the client.</w:t>
      </w:r>
      <w:r>
        <w:t xml:space="preserve"> A trusted introduction, a live demonstration at the </w:t>
      </w:r>
      <w:r>
        <w:rPr>
          <w:color w:val="000000"/>
        </w:rPr>
        <w:t>Guinea data centre</w:t>
      </w:r>
      <w:r>
        <w:t xml:space="preserve">, a fixed-scope paid assignment. Farafina Gold Group </w:t>
      </w:r>
      <w:r>
        <w:rPr>
          <w:color w:val="000000"/>
        </w:rPr>
        <w:t>is the working showroom for nearby companies</w:t>
      </w:r>
      <w:r>
        <w:t>.</w:t>
      </w:r>
    </w:p>
    <w:p w14:paraId="0EF8205D" w14:textId="77777777" w:rsidR="004F32FE" w:rsidRDefault="00000000">
      <w:pPr>
        <w:pStyle w:val="BodyText"/>
      </w:pPr>
      <w:r>
        <w:rPr>
          <w:b/>
        </w:rPr>
        <w:t xml:space="preserve">Delivery experience. </w:t>
      </w:r>
      <w:r>
        <w:rPr/>
        <w:t xml:space="preserve">Three staff prepared the Lions Head Resources licence-extension package in three weeks, against an external quote of about $300,000 and four months; the ministry approved it. Two related-company assignments, for Farafina Resources and Lions Head Resources, provide the initial workload on the same terms as for all clients; two external orders are in preparation, with contracting planned after on-site equipment testing.</w:t>
      </w:r>
    </w:p>
    <w:p w14:paraId="5FFE4E59" w14:textId="77777777" w:rsidR="004F32FE" w:rsidRDefault="00000000">
      <w:pPr>
        <w:pStyle w:val="BodyText"/>
      </w:pPr>
      <w:r>
        <w:rPr>
          <w:b/>
          <w:bCs/>
        </w:rPr>
        <w:t>Regional cluster.</w:t>
      </w:r>
      <w:r>
        <w:t xml:space="preserve"> Regional </w:t>
      </w:r>
      <w:r>
        <w:rPr>
          <w:color w:val="000000"/>
        </w:rPr>
        <w:t>centres operate under an Oristella franchise: the partner funds premises, equipment and deployment; Oristella supplies software, knowledge, training and support. A second centre, in Sierra Leone, is in preparation for 2027</w:t>
      </w:r>
      <w:r>
        <w:t>.</w:t>
      </w:r>
    </w:p>
    <w:p w14:paraId="3A109FDF" w14:textId="77777777" w:rsidR="004F32FE" w:rsidRDefault="00000000">
      <w:pPr>
        <w:pStyle w:val="BodyText"/>
      </w:pPr>
      <w:r>
        <w:rPr>
          <w:b/>
        </w:rPr>
        <w:t xml:space="preserve">Education as a market instrument. </w:t>
      </w:r>
      <w:r>
        <w:rPr/>
        <w:t xml:space="preserve">Product-linked programmes with local universities build a talent pool, customer loyalty and a route to orders. The proposed joint diploma "Certified Oristella Operator" is established through partner agreements; trained operators reduce the staffing needed for new clients.</w:t>
      </w:r>
    </w:p>
    <w:p w14:paraId="2AD20B4D" w14:textId="77777777" w:rsidR="004F32FE" w:rsidRDefault="004F32FE">
      <w:pPr>
        <w:pStyle w:val="BodyText"/>
      </w:pPr>
      <w:hyperlink r:id="rId36">
        <w:r>
          <w:rPr>
            <w:rStyle w:val="Hyperlink"/>
          </w:rPr>
          <w:t>Appendix 2</w:t>
        </w:r>
      </w:hyperlink>
    </w:p>
    <w:p w14:paraId="570841EB" w14:textId="77777777" w:rsidR="004F32FE" w:rsidRDefault="00000000">
      <w:pPr>
        <w:pStyle w:val="Heading2"/>
      </w:pPr>
      <w:bookmarkStart w:id="3" w:name="operational-strategy"/>
      <w:bookmarkEnd w:id="2"/>
      <w:r>
        <w:t>3 Operational Strategy</w:t>
      </w:r>
    </w:p>
    <w:p w14:paraId="72D5B001" w14:textId="77777777" w:rsidR="004F32FE" w:rsidRDefault="00000000">
      <w:pPr>
        <w:pStyle w:val="FirstParagraph"/>
      </w:pPr>
      <w:r>
        <w:rPr>
          <w:b/>
          <w:bCs/>
        </w:rPr>
        <w:t>Four months to a testable first release.</w:t>
      </w:r>
      <w:r>
        <w:t xml:space="preserve"> Ori 1.0 - documentation, mapping, geological modelling, drilling and mine planning, plus the first data centre - targets a testable release within four months of funded deployment. Ori 2.0 - production, finance and transport management - follows within the year. </w:t>
      </w:r>
      <w:r>
        <w:rPr>
          <w:color w:val="000000"/>
        </w:rPr>
        <w:t>Formation of Oristella Ltd in a Dubai free zone is paid for and under way</w:t>
      </w:r>
      <w:r>
        <w:t>.</w:t>
      </w:r>
    </w:p>
    <w:p w14:paraId="0ACE1C30" w14:textId="77777777" w:rsidR="004F32FE" w:rsidRDefault="00000000">
      <w:pPr>
        <w:pStyle w:val="BodyText"/>
      </w:pPr>
      <w:r>
        <w:rPr>
          <w:b/>
          <w:bCs/>
        </w:rPr>
        <w:t>Work distributed by reaction time.</w:t>
      </w:r>
      <w:r>
        <w:t xml:space="preserve"> The central complex handles tasks measured in days</w:t>
      </w:r>
      <w:r>
        <w:t>; the local data centre handles tasks measured in hours; computers at extraction points work online.</w:t>
      </w:r>
    </w:p>
    <w:p w14:paraId="201C20CD" w14:textId="77777777" w:rsidR="004F32FE" w:rsidRDefault="00000000">
      <w:pPr>
        <w:pStyle w:val="BodyText"/>
      </w:pPr>
      <w:r>
        <w:rPr>
          <w:b/>
          <w:bCs/>
        </w:rPr>
        <w:t>Quality management and automation.</w:t>
      </w:r>
      <w:r>
        <w:t xml:space="preserve"> Every result and the work it saved are measured. Routine work, from document preparation to </w:t>
      </w:r>
      <w:r>
        <w:rPr>
          <w:color w:val="000000"/>
        </w:rPr>
        <w:t>checking compliance with</w:t>
      </w:r>
      <w:r>
        <w:t xml:space="preserve"> local mining law, is expected to be largely automated: GPT prepares, Claude checks, specialists approve.</w:t>
      </w:r>
    </w:p>
    <w:p w14:paraId="72231743" w14:textId="77777777" w:rsidR="004F32FE" w:rsidRDefault="004F32FE">
      <w:pPr>
        <w:pStyle w:val="BodyText"/>
      </w:pPr>
      <w:hyperlink r:id="rId37">
        <w:r>
          <w:rPr>
            <w:rStyle w:val="Hyperlink"/>
          </w:rPr>
          <w:t>Appendix 3</w:t>
        </w:r>
      </w:hyperlink>
    </w:p>
    <w:p w14:paraId="4740476C" w14:textId="77777777" w:rsidR="004F32FE" w:rsidRDefault="00000000">
      <w:pPr>
        <w:pStyle w:val="Heading2"/>
      </w:pPr>
      <w:bookmarkStart w:id="4" w:name="information-technology-and-security"/>
      <w:bookmarkEnd w:id="3"/>
      <w:r>
        <w:lastRenderedPageBreak/>
        <w:t>4 Information Technology and Security</w:t>
      </w:r>
    </w:p>
    <w:p w14:paraId="0800CB3C" w14:textId="77777777" w:rsidR="004F32FE" w:rsidRDefault="00000000">
      <w:pPr>
        <w:pStyle w:val="FirstParagraph"/>
      </w:pPr>
      <w:r>
        <w:rPr>
          <w:b/>
          <w:bCs/>
        </w:rPr>
        <w:t>One information loop from fact to action.</w:t>
      </w:r>
      <w:r>
        <w:t xml:space="preserve"> Observation, validation, model, decision, execution, feedback: one data model carries every step. Central models, local AI on site and specialist agents form three levels of one network</w:t>
      </w:r>
      <w:r>
        <w:t>. A matrix of 27 sections and 202 chapters tracks readiness.</w:t>
      </w:r>
    </w:p>
    <w:p w14:paraId="21817DD6" w14:textId="77777777" w:rsidR="004F32FE" w:rsidRDefault="00000000">
      <w:pPr>
        <w:pStyle w:val="BodyText"/>
      </w:pPr>
      <w:r>
        <w:rPr>
          <w:b/>
          <w:bCs/>
        </w:rPr>
        <w:t>Data and continuity.</w:t>
      </w:r>
      <w:r>
        <w:t xml:space="preserve"> Data </w:t>
      </w:r>
      <w:r>
        <w:rPr>
          <w:color w:val="000000"/>
        </w:rPr>
        <w:t>reside</w:t>
      </w:r>
      <w:r>
        <w:t xml:space="preserve"> locally, on Oristella servers</w:t>
      </w:r>
      <w:r>
        <w:rPr>
          <w:color w:val="000000"/>
        </w:rPr>
        <w:t>,</w:t>
      </w:r>
      <w:r>
        <w:t xml:space="preserve"> or both; client records </w:t>
      </w:r>
      <w:r>
        <w:rPr>
          <w:color w:val="000000"/>
        </w:rPr>
        <w:t>are kept</w:t>
      </w:r>
      <w:r>
        <w:t xml:space="preserve"> separate. Knowledge survives changes of people, software and AI models.</w:t>
      </w:r>
    </w:p>
    <w:p w14:paraId="7FC547B1" w14:textId="77777777" w:rsidR="004F32FE" w:rsidRDefault="00000000">
      <w:pPr>
        <w:pStyle w:val="BodyText"/>
      </w:pPr>
      <w:r>
        <w:rPr>
          <w:b/>
        </w:rPr>
        <w:t xml:space="preserve">Security. </w:t>
      </w:r>
      <w:r>
        <w:rPr/>
        <w:t xml:space="preserve">Every consequential action is traceable: client data separated, approvals recorded and safety-critical equipment kept within approved local control systems. Continuous checks by specialised AI agents are part of the system design.</w:t>
      </w:r>
    </w:p>
    <w:p w14:paraId="4E5C400B" w14:textId="77777777" w:rsidR="004F32FE" w:rsidRDefault="00000000">
      <w:pPr>
        <w:pStyle w:val="BodyText"/>
      </w:pPr>
      <w:r>
        <w:rPr>
          <w:b/>
        </w:rPr>
        <w:t xml:space="preserve">Development direction. </w:t>
      </w:r>
      <w:r>
        <w:rPr/>
        <w:t xml:space="preserve">Ori 2.0 and Ori 3.0 are designed to register information blocks and agent skills with their source, rights, use and contribution to accepted work; a controlled token register will support exchange and contributor remuneration between centres.</w:t>
      </w:r>
    </w:p>
    <w:p w14:paraId="4411D1D1" w14:textId="77777777" w:rsidR="004F32FE" w:rsidRDefault="004F32FE">
      <w:pPr>
        <w:pStyle w:val="BodyText"/>
      </w:pPr>
      <w:hyperlink r:id="rId38">
        <w:r>
          <w:rPr>
            <w:rStyle w:val="Hyperlink"/>
          </w:rPr>
          <w:t>Appendix 4</w:t>
        </w:r>
      </w:hyperlink>
    </w:p>
    <w:p w14:paraId="7AAB275F" w14:textId="77777777" w:rsidR="004F32FE" w:rsidRDefault="00000000">
      <w:pPr>
        <w:pStyle w:val="Heading2"/>
      </w:pPr>
      <w:bookmarkStart w:id="5" w:name="human-and-ai-resources-policy"/>
      <w:bookmarkEnd w:id="4"/>
      <w:r>
        <w:t>5 Human and AI Resources Policy</w:t>
      </w:r>
    </w:p>
    <w:p w14:paraId="13126FA9" w14:textId="77777777" w:rsidR="004F32FE" w:rsidRDefault="00000000">
      <w:pPr>
        <w:pStyle w:val="FirstParagraph"/>
      </w:pPr>
      <w:r>
        <w:rPr>
          <w:b/>
          <w:bCs/>
        </w:rPr>
        <w:t>People and agents with defined authority.</w:t>
      </w:r>
      <w:r>
        <w:t xml:space="preserve"> Management is one system of experts and AI agents, each with a job description, rights and a record of actions. Routine decisions follow delegated authority; exceptions and conflicts escalate to the accountable manager.</w:t>
      </w:r>
    </w:p>
    <w:p w14:paraId="45525B85" w14:textId="77777777" w:rsidR="004F32FE" w:rsidRDefault="00000000">
      <w:pPr>
        <w:pStyle w:val="BodyText"/>
      </w:pPr>
      <w:r>
        <w:rPr>
          <w:b/>
          <w:bCs/>
        </w:rPr>
        <w:t>Labour substitution and expert leverage.</w:t>
      </w:r>
      <w:r>
        <w:t xml:space="preserve"> Automation removes routine preparation, searching, formatting and data handling</w:t>
      </w:r>
      <w:r>
        <w:rPr>
          <w:color w:val="000000"/>
        </w:rPr>
        <w:t>, so scarce experts spend their time on judgement. Planning assumes 50-60% automation of defined information tasks; higher rates are confirmed by measurement</w:t>
      </w:r>
      <w:r>
        <w:t>.</w:t>
      </w:r>
    </w:p>
    <w:p w14:paraId="038DCED8" w14:textId="77777777" w:rsidR="009A1440" w:rsidRDefault="00000000">
      <w:pPr>
        <w:pStyle w:val="BodyText"/>
      </w:pPr>
      <w:r>
        <w:rPr>
          <w:b/>
          <w:bCs/>
        </w:rPr>
        <w:t>Team.</w:t>
      </w:r>
      <w:r>
        <w:t xml:space="preserve"> System design and local delivery are led by the people who built the management systems at Farafina Gold Group.</w:t>
      </w:r>
    </w:p>
    <w:p w14:paraId="7244D98E" w14:textId="77777777" w:rsidR="009A1440" w:rsidRDefault="00000000">
      <w:pPr>
        <w:pStyle w:val="BodyText"/>
      </w:pPr>
      <w:r>
        <w:rPr>
          <w:b/>
        </w:rPr>
        <w:t>Vasiliy Maltsev</w:t>
      </w:r>
      <w:r>
        <w:rPr>
          <w:b w:val="0"/>
        </w:rPr>
        <w:t xml:space="preserve"> — Chief Designer, Digital Models (University degree in Engineering)</w:t>
      </w:r>
    </w:p>
    <w:p w14:paraId="565B196A" w14:textId="77777777" w:rsidR="009A1440" w:rsidRDefault="00000000">
      <w:pPr>
        <w:pStyle w:val="BodyText"/>
      </w:pPr>
      <w:r>
        <w:rPr>
          <w:b/>
        </w:rPr>
        <w:t>Natalya Barytskaya</w:t>
      </w:r>
      <w:r>
        <w:rPr>
          <w:b w:val="0"/>
        </w:rPr>
        <w:t xml:space="preserve"> — Chief Geological Designer (Doctor of Sciences in Geology)</w:t>
      </w:r>
    </w:p>
    <w:p w14:paraId="7FEAE905" w14:textId="77777777" w:rsidR="009A1440" w:rsidRDefault="00000000">
      <w:pPr>
        <w:pStyle w:val="BodyText"/>
      </w:pPr>
      <w:r>
        <w:rPr>
          <w:b/>
        </w:rPr>
        <w:t>Viktor Bazhenov</w:t>
      </w:r>
      <w:r>
        <w:rPr>
          <w:b w:val="0"/>
        </w:rPr>
        <w:t xml:space="preserve"> — Mining Design (University degree in Mining Engineering)</w:t>
      </w:r>
    </w:p>
    <w:p w14:paraId="71FA6C22" w14:textId="77777777" w:rsidR="009A1440" w:rsidRDefault="00000000">
      <w:pPr>
        <w:pStyle w:val="BodyText"/>
      </w:pPr>
      <w:r>
        <w:rPr>
          <w:b/>
        </w:rPr>
        <w:t>Evgeny Gurevich</w:t>
      </w:r>
      <w:r>
        <w:rPr>
          <w:b w:val="0"/>
        </w:rPr>
        <w:t xml:space="preserve"> — AI and Business Consulting (University degree in Business Administration)</w:t>
      </w:r>
    </w:p>
    <w:p w14:paraId="2F13565A" w14:textId="77777777" w:rsidR="009A1440" w:rsidRDefault="00000000">
      <w:pPr>
        <w:pStyle w:val="BodyText"/>
      </w:pPr>
      <w:r>
        <w:rPr>
          <w:b/>
        </w:rPr>
        <w:t>Alexey Kabernyk</w:t>
      </w:r>
      <w:r>
        <w:rPr>
          <w:b w:val="0"/>
        </w:rPr>
        <w:t xml:space="preserve"> — Chief Technologist (University degree in Metallurgical Engineering)</w:t>
      </w:r>
    </w:p>
    <w:p w14:paraId="13E49A3B" w14:textId="77777777" w:rsidR="009A1440" w:rsidRDefault="00000000">
      <w:pPr>
        <w:pStyle w:val="BodyText"/>
      </w:pPr>
      <w:r>
        <w:rPr>
          <w:b/>
        </w:rPr>
        <w:t>Ilya Karas</w:t>
      </w:r>
      <w:r>
        <w:rPr>
          <w:b w:val="0"/>
        </w:rPr>
        <w:t xml:space="preserve"> — Chief Scientific Adviser (University degree in Systems Analysis)</w:t>
      </w:r>
    </w:p>
    <w:p w14:paraId="43FD939D" w14:textId="77777777" w:rsidR="009A1440" w:rsidRDefault="00000000">
      <w:pPr>
        <w:pStyle w:val="BodyText"/>
      </w:pPr>
      <w:r>
        <w:rPr>
          <w:b/>
        </w:rPr>
        <w:t>Ousmane Tunkara</w:t>
      </w:r>
      <w:r>
        <w:rPr>
          <w:b w:val="0"/>
        </w:rPr>
        <w:t xml:space="preserve"> — Director, Data Centre (University degree in Business Administration and Financial Management)</w:t>
      </w:r>
    </w:p>
    <w:p w14:paraId="7214C121" w14:textId="77777777" w:rsidR="004F32FE" w:rsidRDefault="004F32FE">
      <w:pPr>
        <w:pStyle w:val="BodyText"/>
      </w:pPr>
      <w:hyperlink r:id="rId39">
        <w:r>
          <w:rPr>
            <w:rStyle w:val="Hyperlink"/>
          </w:rPr>
          <w:t>Appendix 5</w:t>
        </w:r>
      </w:hyperlink>
    </w:p>
    <w:bookmarkEnd w:id="5"/>
    <w:p w14:paraId="2141F9B0" w14:textId="77777777" w:rsidR="004F32FE" w:rsidRDefault="00000000">
      <w:pPr>
        <w:pStyle w:val="Heading2"/>
      </w:pPr>
      <w:r>
        <w:t>6 Financial Analysis and Funding Requirements</w:t>
      </w:r>
    </w:p>
    <w:p w14:paraId="7B14A196" w14:textId="77777777" w:rsidR="004F32FE" w:rsidRDefault="00000000">
      <w:pPr>
        <w:pStyle w:val="FirstParagraph"/>
      </w:pPr>
      <w:r>
        <w:rPr>
          <w:b/>
        </w:rPr>
        <w:t xml:space="preserve">Funding the commercial launch. </w:t>
      </w:r>
      <w:r>
        <w:rPr/>
        <w:t xml:space="preserve">The founders make an operating base available, valued by management at about $460,000 (land, buildings, equipment, software and prior development). Oristella seeks $460,000 in cash to complete deployment, commissioning, product development and working capital. The planned tranches are $300,000 in November 2026, $110,000 in January 2027 and $50,000 in April 2027. Oristella Ltd is being formed in Dubai; until the fund approves the budget, the founders perform its role, and in Guinea the work is carried out by a founders' group company directed by Ousmane Tunkara.</w:t>
      </w:r>
    </w:p>
    <w:p w14:paraId="6187F0B9" w14:textId="77777777" w:rsidR="004F32FE" w:rsidRDefault="00000000">
      <w:pPr>
        <w:pStyle w:val="BodyText"/>
      </w:pPr>
      <w:r>
        <w:rPr>
          <w:b/>
        </w:rPr>
        <w:t xml:space="preserve">Forecast. </w:t>
      </w:r>
      <w:r>
        <w:rPr/>
        <w:t xml:space="preserve">The base case projects revenue of $997,200 and profit after tax of $398,078 for FY1 (November 2026-December 2027, 14 months), followed by revenue of $2,043,061 and profit of $1,327,343 in FY2 (2028). The forecast assumes 10% quarterly revenue growth in 2028 and flat monthly cash operating costs. Separately contracted expert fees and physical fieldwork are outside Oristella revenue. Flat operating costs and one expert supporting three to five companies are planning assumptions, validated against workload and review hours.</w:t>
      </w:r>
    </w:p>
    <w:p w14:paraId="372AE584" w14:textId="77777777" w:rsidR="004F32FE" w:rsidRDefault="00000000">
      <w:pPr>
        <w:pStyle w:val="BodyText"/>
      </w:pPr>
      <w:r>
        <w:rPr>
          <w:b/>
        </w:rPr>
        <w:t xml:space="preserve">Cash and resilience. </w:t>
      </w:r>
      <w:r>
        <w:rPr/>
        <w:t xml:space="preserve">Base-case closing cash is $514,233 at the end of FY1 and $1,792,023 at the end of FY2. With customer receipts 20% lower and cash operating costs 10% higher, it is $236,397 and $1,056,979. The lowest stress-case month closes with $42,330 in December 2026. Under the stated receipts, funding and cost assumptions, neither case requires additional financing; no distributions are assumed. The fund will propose the investment instrument and terms.</w:t>
      </w:r>
    </w:p>
    <w:p w14:paraId="03B3B98C" w14:textId="77777777" w:rsidR="004F32FE" w:rsidRDefault="004F32FE">
      <w:pPr>
        <w:pStyle w:val="BodyText"/>
      </w:pPr>
      <w:hyperlink r:id="rId40">
        <w:r>
          <w:rPr>
            <w:rStyle w:val="Hyperlink"/>
          </w:rPr>
          <w:t>Appendix 6</w:t>
        </w:r>
      </w:hyperlink>
    </w:p>
    <w:p>
      <w:r>
        <w:br w:type="page"/>
      </w:r>
    </w:p>
    <w:p w14:paraId="26E8F19E" w14:textId="77777777" w:rsidR="009A1440" w:rsidRDefault="00000000">
      <w:bookmarkStart w:id="211" w:name="Appendix_1"/>
      <w:pPr>
        <w:pStyle w:val="Title"/>
        <w:pageBreakBefore/>
      </w:pPr>
      <w:bookmarkStart w:id="6" w:name="ori1"/>
      <w:r>
        <w:lastRenderedPageBreak/>
        <w:t>Appendix 1</w:t>
      </w:r>
      <w:bookmarkEnd w:id="6"/>
      <w:bookmarkEnd w:id="211"/>
    </w:p>
    <w:p w14:paraId="518A0733" w14:textId="77777777" w:rsidR="009A1440" w:rsidRDefault="00000000">
      <w:pPr>
        <w:pStyle w:val="Subtitle"/>
      </w:pPr>
      <w:r>
        <w:t>Strategy</w:t>
      </w:r>
    </w:p>
    <w:p w14:paraId="37431056" w14:textId="77777777" w:rsidR="009A1440" w:rsidRDefault="00000000">
      <w:pPr>
        <w:pStyle w:val="Heading2"/>
      </w:pPr>
      <w:r>
        <w:t xml:space="preserve">Strategic </w:t>
      </w:r>
      <w:r>
        <w:rPr/>
        <w:t>position</w:t>
      </w:r>
    </w:p>
    <w:p w14:paraId="22D680CC" w14:textId="77777777" w:rsidR="009A1440" w:rsidRDefault="00000000">
      <w:r>
        <w:t>Oristella occupies a defined niche in services for junior gold mining companies, combining lower delivery costs with specialist service quality. It expands its market by lowering the cost and time required to prepare projects. Accumulated knowledge, integrated workflows and local delivery strengthen retention and raise the effort required for competitors to reproduce the service. For investors, the objective is a scalable business with recurring revenue and growing cash generation.</w:t>
      </w:r>
    </w:p>
    <w:p w14:paraId="1A17C583" w14:textId="77777777" w:rsidR="009A1440" w:rsidRDefault="00000000">
      <w:r>
        <w:t>Oristella supplies cognitive capabilities: specialised information, the skill to process it and completed production tasks with an accepted result. The first documentation service proves the method; the system’s value grows as these capabilities are applied across companies and regions.</w:t>
      </w:r>
    </w:p>
    <w:p w14:paraId="1D00FD4C" w14:textId="77777777" w:rsidR="009A1440" w:rsidRDefault="00000000">
      <w:pPr>
        <w:pStyle w:val="Heading2"/>
      </w:pPr>
      <w:r>
        <w:t xml:space="preserve">Strategic </w:t>
      </w:r>
      <w:r>
        <w:rPr/>
        <w:t>principles</w:t>
      </w:r>
    </w:p>
    <w:p w14:paraId="4A0203C2" w14:textId="77777777" w:rsidR="009A1440" w:rsidRDefault="00000000">
      <w:r>
        <w:rPr>
          <w:b/>
        </w:rPr>
        <w:t xml:space="preserve">1. </w:t>
      </w:r>
      <w:r>
        <w:rPr/>
        <w:t xml:space="preserve">Competitive Position. Focused differentiation supported by a lower-cost delivery system. The initial market is junior gold mining companies in Guinea, followed by neighbouring countries. This narrow focus develops expertise beyond the reach of generalist providers. The combination of differentiation and low cost holds because AI agents shift the productivity frontier: the same accepted result costs less and takes less time. The frontier shift alone can be imitated; the position is held by the activity system and accumulated regional knowledge.</w:t>
      </w:r>
    </w:p>
    <w:p w14:paraId="4A56F754" w14:textId="77777777" w:rsidR="009A1440" w:rsidRDefault="00000000">
      <w:r>
        <w:t>2. Strategic Objective. Build the knowledge infrastructure for junior gold mining. The scope grows from document preparation to enterprise management, while deployment extends from one site to a regional network. At each stage, the system takes on a greater share of the client's operations.</w:t>
      </w:r>
    </w:p>
    <w:p w14:paraId="055B20CB" w14:textId="77777777" w:rsidR="009A1440" w:rsidRDefault="00000000">
      <w:r>
        <w:t>3. Experience Curve. Planning starts with 50-60% automation of defined information tasks. Higher substitution rates and one expert overseeing four or five systems are task-specific targets, measured against accepted work, review hours and correction rates. Validated lessons from completed assignments improve the next delivery.</w:t>
      </w:r>
    </w:p>
    <w:p w14:paraId="1405C5F8" w14:textId="77777777" w:rsidR="009A1440" w:rsidRDefault="00000000">
      <w:r>
        <w:rPr>
          <w:b/>
        </w:rPr>
        <w:t xml:space="preserve">4. </w:t>
      </w:r>
      <w:r>
        <w:rPr/>
        <w:t xml:space="preserve">Proprietary Capability. The system's cognitive capabilities are developed within Oristella as an integrated specialist capability. Labour substitution is measured separately for each profession. The level of automation is set to maximise economic returns, taking account of the point at which marginal benefits begin to decline.</w:t>
      </w:r>
    </w:p>
    <w:p w14:paraId="3C8873BD" w14:textId="77777777" w:rsidR="009A1440" w:rsidRDefault="00000000">
      <w:r>
        <w:t>5. Revenue Model. Clients pay a fixed fee for each assignment and recurring licence fees thereafter. Licence fees increase with the number of modules deployed and the volume of work performed for each client.</w:t>
      </w:r>
    </w:p>
    <w:p w14:paraId="59CCFFC9" w14:textId="77777777" w:rsidR="009A1440" w:rsidRDefault="00000000">
      <w:r>
        <w:t xml:space="preserve">6. </w:t>
      </w:r>
      <w:r>
        <w:rPr>
          <w:color w:val="000000"/>
        </w:rPr>
        <w:t>Learning Effects Across Sites</w:t>
      </w:r>
      <w:r>
        <w:t>. Each operating site can contribute authorised, validated knowledge through the central system. Reusable methods and regional findings increase the value of the service across clients. The commercial effect is measured through repeat use, delivery costs and accepted results.</w:t>
      </w:r>
    </w:p>
    <w:p w14:paraId="287DB1F7" w14:textId="77777777" w:rsidR="009A1440" w:rsidRDefault="00000000">
      <w:r>
        <w:t>7. Market Expansion. Lower entry barriers make smaller deposits commercially viable and create demand from new clients. Multilingual access opens further markets, while franchised centres extend the business into new regions.</w:t>
      </w:r>
    </w:p>
    <w:p w14:paraId="79211270" w14:textId="77777777" w:rsidR="009A1440" w:rsidRDefault="00000000">
      <w:r>
        <w:t>8. Customer Retention. Accumulated context, service quality and integrated workflows make continued use valuable. Client data remain accessible to their owners.</w:t>
      </w:r>
    </w:p>
    <w:p w14:paraId="04CD5E5C" w14:textId="77777777" w:rsidR="009A1440" w:rsidRDefault="00000000">
      <w:r>
        <w:lastRenderedPageBreak/>
        <w:t xml:space="preserve">9. Barriers to Entry. Accumulated experience, </w:t>
      </w:r>
      <w:r>
        <w:rPr>
          <w:color w:val="000000"/>
        </w:rPr>
        <w:t>learning effects across sites</w:t>
      </w:r>
      <w:r>
        <w:t>, access to universities and government support make entry harder for competitors. Each additional client strengthens these barriers.</w:t>
      </w:r>
    </w:p>
    <w:p w14:paraId="55A992B6" w14:textId="77777777" w:rsidR="009A1440" w:rsidRDefault="00000000">
      <w:pPr>
        <w:keepLines/>
      </w:pPr>
      <w:r>
        <w:t>10. Operating Leverage and Cash Generation. Reusable software and knowledge reduce the incremental effort per assignment. The base forecast retains cash for development and selective expansion. Further automation of expert assessment is a priority; the forecast does not assume additional savings before they are demonstrated.</w:t>
      </w:r>
    </w:p>
    <w:p w14:paraId="656E3F29" w14:textId="77777777" w:rsidR="009A1440" w:rsidRDefault="00000000">
      <w:r>
        <w:t>11. Client Pipeline. Each module is accompanied by courses at universities specialising in the relevant disciplines. These courses train the workforce and generate client enquiries. Graduates operate Oristella for clients and at regional centres.</w:t>
      </w:r>
    </w:p>
    <w:p w14:paraId="5179E913" w14:textId="77777777" w:rsidR="009A1440" w:rsidRDefault="00000000">
      <w:r>
        <w:t>12. Risk Management. Each module is tested and refined under actual operating conditions at Farafina before release to external clients.</w:t>
      </w:r>
    </w:p>
    <w:p w14:paraId="4CEF6E4B" w14:textId="77777777" w:rsidR="009A1440" w:rsidRDefault="00000000">
      <w:r>
        <w:t>13. Core Competence. Experience in managing gold mining operations in Africa. This expertise is embedded in the system's algorithms and standards.</w:t>
      </w:r>
    </w:p>
    <w:p w14:paraId="18671EC5" w14:textId="77777777" w:rsidR="009A1440" w:rsidRDefault="00000000">
      <w:r>
        <w:t>14. Intangible Asset. Knowledge is Oristella's principal strategic asset. Ori 2.0 and Ori 3.0 develop a register of information, specialist capabilities, rights, use and remuneration. Internal economic value guides development priorities; financial asset recognition follows the applicable accounting criteria. Tokenisation alone does not create a balance-sheet value.</w:t>
      </w:r>
    </w:p>
    <w:p w14:paraId="47143825" w14:textId="77777777" w:rsidR="009A1440" w:rsidRDefault="00000000">
      <w:r>
        <w:t>All other sections put this strategic position into practice.</w:t>
      </w:r>
    </w:p>
    <w:p w14:paraId="6DBAAF57" w14:textId="77777777" w:rsidR="009A1440" w:rsidRDefault="00000000">
      <w:pPr>
        <w:pStyle w:val="Heading2"/>
      </w:pPr>
      <w:r>
        <w:t>Strategic discipline</w:t>
      </w:r>
    </w:p>
    <w:p w14:paraId="2DE59CE2" w14:textId="77777777" w:rsidR="009A1440" w:rsidRDefault="00000000">
      <w:r>
        <w:t>The position rests on a narrow gold-sector focus, a distinct delivery system and mutually reinforcing activities: reusable information contracts, specialist review, local support and product-specific training. Together they produce lower cost per accepted assignment and sustained client value - Porter's activity-system logic applied to a concrete business.</w:t>
      </w:r>
    </w:p>
    <w:p w14:paraId="5CC062BE" w14:textId="77777777" w:rsidR="009A1440" w:rsidRDefault="00000000">
      <w:r>
        <w:t>The first market offer is documentation, modelling and recurring updates. Expansion follows evidence of repeat orders and delivery margins.</w:t>
      </w:r>
      <w:r>
        <w:t xml:space="preserve"> Financial recognition of knowledge follows the policy in </w:t>
      </w:r>
      <w:hyperlink r:id="rId40">
        <w:r w:rsidR="009A1440">
          <w:rPr>
            <w:color w:val="1F4E79"/>
          </w:rPr>
          <w:t>Appendix 6</w:t>
        </w:r>
      </w:hyperlink>
      <w:r>
        <w:t>, while operational tokenisation is developed in Appendix 4.</w:t>
      </w:r>
    </w:p>
    <w:p>
      <w:r>
        <w:br w:type="page"/>
      </w:r>
    </w:p>
    <w:p>
      <w:pPr>
        <w:pStyle w:val="Heading1"/>
      </w:pPr>
      <w:r>
        <w:t>Detailed sections and supporting documents</w:t>
      </w:r>
    </w:p>
    <w:p>
      <w:r>
        <w:t>The following links open the full analyses and working documents on the Oristella website. The site map at the top of each page provides direct access to every other section.</w:t>
      </w:r>
    </w:p>
    <w:p>
      <w:pPr>
        <w:pStyle w:val="Heading2"/>
      </w:pPr>
      <w:r>
        <w:t>Main sections</w:t>
      </w:r>
    </w:p>
    <w:p>
      <w:pPr>
        <w:pStyle w:val="BodyText"/>
        <w:spacing w:after="0"/>
      </w:pPr>
      <w:hyperlink r:id="rId36">
        <w:r>
          <w:rPr>
            <w:color w:val="1267C0"/>
            <w:u w:val="single"/>
          </w:rPr>
          <w:t>Appendix 2  Market Strategy</w:t>
        </w:r>
      </w:hyperlink>
    </w:p>
    <w:p>
      <w:pPr>
        <w:pStyle w:val="BodyText"/>
        <w:spacing w:after="0"/>
      </w:pPr>
      <w:hyperlink r:id="rId37">
        <w:r>
          <w:rPr>
            <w:color w:val="1267C0"/>
            <w:u w:val="single"/>
          </w:rPr>
          <w:t>Appendix 3  Operational Strategy</w:t>
        </w:r>
      </w:hyperlink>
    </w:p>
    <w:p>
      <w:pPr>
        <w:pStyle w:val="BodyText"/>
        <w:spacing w:after="0"/>
      </w:pPr>
      <w:hyperlink r:id="rId38">
        <w:r>
          <w:rPr>
            <w:color w:val="1267C0"/>
            <w:u w:val="single"/>
          </w:rPr>
          <w:t>Appendix 4  Information Technology and Security</w:t>
        </w:r>
      </w:hyperlink>
    </w:p>
    <w:p>
      <w:pPr>
        <w:pStyle w:val="BodyText"/>
        <w:spacing w:after="0"/>
      </w:pPr>
      <w:hyperlink r:id="rId39">
        <w:r>
          <w:rPr>
            <w:color w:val="1267C0"/>
            <w:u w:val="single"/>
          </w:rPr>
          <w:t>Appendix 5  Human and AI Resources Policy</w:t>
        </w:r>
      </w:hyperlink>
    </w:p>
    <w:p>
      <w:pPr>
        <w:pStyle w:val="BodyText"/>
        <w:spacing w:after="0"/>
      </w:pPr>
      <w:hyperlink r:id="rId40">
        <w:r>
          <w:rPr>
            <w:color w:val="1267C0"/>
            <w:u w:val="single"/>
          </w:rPr>
          <w:t>Appendix 6  Financial Analysis and Funding Requirements</w:t>
        </w:r>
      </w:hyperlink>
    </w:p>
    <w:p>
      <w:pPr>
        <w:pStyle w:val="Heading2"/>
      </w:pPr>
      <w:r>
        <w:t>Technical and learning documents</w:t>
      </w:r>
    </w:p>
    <w:p>
      <w:pPr>
        <w:pStyle w:val="BodyText"/>
        <w:spacing w:after="0"/>
      </w:pPr>
      <w:hyperlink r:id="rId43">
        <w:r>
          <w:rPr>
            <w:color w:val="1267C0"/>
            <w:u w:val="single"/>
          </w:rPr>
          <w:t>Appendix 4.1  Data Centre Specification</w:t>
        </w:r>
      </w:hyperlink>
    </w:p>
    <w:p>
      <w:pPr>
        <w:pStyle w:val="BodyText"/>
        <w:spacing w:after="0"/>
      </w:pPr>
      <w:hyperlink r:id="rId44">
        <w:r>
          <w:rPr>
            <w:color w:val="1267C0"/>
            <w:u w:val="single"/>
          </w:rPr>
          <w:t>Appendix 4.1  Download complete Word specification</w:t>
        </w:r>
      </w:hyperlink>
    </w:p>
    <w:p>
      <w:pPr>
        <w:pStyle w:val="BodyText"/>
        <w:spacing w:after="0"/>
      </w:pPr>
      <w:hyperlink r:id="rId45">
        <w:r>
          <w:rPr>
            <w:color w:val="1267C0"/>
            <w:u w:val="single"/>
          </w:rPr>
          <w:t>Appendix 4.2  Information Tokenisation</w:t>
        </w:r>
      </w:hyperlink>
    </w:p>
    <w:p>
      <w:pPr>
        <w:pStyle w:val="BodyText"/>
        <w:spacing w:after="0"/>
      </w:pPr>
      <w:hyperlink r:id="rId46">
        <w:r>
          <w:rPr>
            <w:color w:val="1267C0"/>
            <w:u w:val="single"/>
          </w:rPr>
          <w:t>Appendix 5.1  Strategy Course</w:t>
        </w:r>
      </w:hyperlink>
    </w:p>
    <w:p>
      <w:pPr>
        <w:pStyle w:val="BodyText"/>
        <w:spacing w:after="0"/>
      </w:pPr>
      <w:hyperlink r:id="rId47">
        <w:r>
          <w:rPr>
            <w:color w:val="1267C0"/>
            <w:u w:val="single"/>
          </w:rPr>
          <w:t>Appendix 5.2  Learning and Project Funnel</w:t>
        </w:r>
      </w:hyperlink>
    </w:p>
    <w:p>
      <w:pPr>
        <w:pStyle w:val="Heading2"/>
      </w:pPr>
      <w:r>
        <w:t>Financial workbooks</w:t>
      </w:r>
    </w:p>
    <w:p>
      <w:pPr>
        <w:pStyle w:val="BodyText"/>
        <w:spacing w:after="0"/>
      </w:pPr>
      <w:hyperlink r:id="rId28">
        <w:r>
          <w:rPr>
            <w:color w:val="1267C0"/>
            <w:u w:val="single"/>
          </w:rPr>
          <w:t>Appendix 6.1  Base case Excel workbook</w:t>
        </w:r>
      </w:hyperlink>
    </w:p>
    <w:p>
      <w:pPr>
        <w:pStyle w:val="BodyText"/>
        <w:spacing w:after="0"/>
      </w:pPr>
      <w:hyperlink r:id="rId29">
        <w:r>
          <w:rPr>
            <w:color w:val="1267C0"/>
            <w:u w:val="single"/>
          </w:rPr>
          <w:t>Appendix 6.2  Stress case Excel workbook</w:t>
        </w:r>
      </w:hyperlink>
    </w:p>
    <w:sectPr w:rsidR="009A1440">
      <w:headerReference w:type="default" r:id="rId41"/>
      <w:footerReference w:type="default" r:id="rId42"/>
      <w:pgSz w:w="12240" w:h="15840"/>
      <w:pgMar w:top="1134" w:right="1275" w:bottom="1134" w:left="127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EE008" w14:textId="77777777" w:rsidR="00780510" w:rsidRDefault="00780510">
      <w:pPr>
        <w:spacing w:after="0"/>
      </w:pPr>
      <w:r>
        <w:separator/>
      </w:r>
    </w:p>
  </w:endnote>
  <w:endnote w:type="continuationSeparator" w:id="0">
    <w:p w14:paraId="6C6DBBBF" w14:textId="77777777" w:rsidR="00780510" w:rsidRDefault="0078051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CC"/>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00"/>
    <w:family w:val="roman"/>
    <w:notTrueType/>
    <w:pitch w:val="default"/>
  </w:font>
  <w:font w:name="Courier">
    <w:panose1 w:val="02070309020205020404"/>
    <w:charset w:val="00"/>
    <w:family w:val="modern"/>
    <w:pitch w:val="fixed"/>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2C903" w14:textId="77777777" w:rsidR="00780510" w:rsidRDefault="00780510">
      <w:r>
        <w:separator/>
      </w:r>
    </w:p>
  </w:footnote>
  <w:footnote w:type="continuationSeparator" w:id="0">
    <w:p w14:paraId="3AE06DD8" w14:textId="77777777" w:rsidR="00780510" w:rsidRDefault="00780510">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8260F86"/>
    <w:lvl w:ilvl="0">
      <w:numFmt w:val="bullet"/>
      <w:pStyle w:val="List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64F672D9"/>
    <w:multiLevelType w:val="multilevel"/>
    <w:tmpl w:val="8F483F62"/>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36021196">
    <w:abstractNumId w:val="0"/>
  </w:num>
  <w:num w:numId="2" w16cid:durableId="205413678">
    <w:abstractNumId w:val="1"/>
  </w:num>
  <w:num w:numId="3" w16cid:durableId="19489298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099727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4264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16040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2FE"/>
    <w:rsid w:val="000B6E1E"/>
    <w:rsid w:val="000F4BFE"/>
    <w:rsid w:val="00245506"/>
    <w:rsid w:val="004504D8"/>
    <w:rsid w:val="004D6088"/>
    <w:rsid w:val="004D6F31"/>
    <w:rsid w:val="004F32FE"/>
    <w:rsid w:val="00780510"/>
    <w:rsid w:val="007B76BD"/>
    <w:rsid w:val="007C4ECC"/>
    <w:rsid w:val="0088269C"/>
    <w:rsid w:val="008D4D90"/>
    <w:rsid w:val="0098600C"/>
    <w:rsid w:val="009A1440"/>
    <w:rsid w:val="00A20514"/>
    <w:rsid w:val="00A410C9"/>
    <w:rsid w:val="00AF44AC"/>
    <w:rsid w:val="00B4292D"/>
    <w:rsid w:val="00CA6EA9"/>
    <w:rsid w:val="00D13842"/>
    <w:rsid w:val="00D865B1"/>
    <w:rsid w:val="00DA54A7"/>
    <w:rsid w:val="00DC6B8C"/>
    <w:rsid w:val="00DE6D5C"/>
    <w:rsid w:val="00E32486"/>
    <w:rsid w:val="00F339BB"/>
    <w:rsid w:val="00F433CE"/>
    <w:rsid w:val="00F55F62"/>
    <w:rsid w:val="00F72A0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FAABB"/>
  <w15:docId w15:val="{90DEF6BD-D9D6-4759-844D-B445C9F2B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hAnsi="Calibri"/>
      <w:sz w:val="22"/>
    </w:rPr>
  </w:style>
  <w:style w:type="paragraph" w:styleId="Heading1">
    <w:name w:val="heading 1"/>
    <w:basedOn w:val="Normal"/>
    <w:next w:val="BodyText"/>
    <w:link w:val="Heading1Char"/>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BodyText"/>
    <w:link w:val="Heading4Char"/>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Heading5">
    <w:name w:val="heading 5"/>
    <w:basedOn w:val="Normal"/>
    <w:next w:val="BodyText"/>
    <w:link w:val="Heading5Char"/>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Heading6">
    <w:name w:val="heading 6"/>
    <w:basedOn w:val="Normal"/>
    <w:next w:val="BodyText"/>
    <w:link w:val="Heading6Char"/>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Heading7">
    <w:name w:val="heading 7"/>
    <w:basedOn w:val="Normal"/>
    <w:next w:val="BodyText"/>
    <w:link w:val="Heading7Char"/>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Heading8">
    <w:name w:val="heading 8"/>
    <w:basedOn w:val="Normal"/>
    <w:next w:val="BodyText"/>
    <w:link w:val="Heading8Char"/>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Heading9">
    <w:name w:val="heading 9"/>
    <w:basedOn w:val="Normal"/>
    <w:next w:val="BodyText"/>
    <w:link w:val="Heading9Char"/>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link w:val="SubtitleChar"/>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table" w:styleId="TableGrid">
    <w:name w:val="Table Grid"/>
    <w:basedOn w:val="TableNormal"/>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after="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istella.com/" TargetMode="External"/><Relationship Id="rId13" Type="http://schemas.openxmlformats.org/officeDocument/2006/relationships/hyperlink" Target="https://www.isc.hbs.edu/strategy/creating-a-successful-strategy/Pages/default.aspx" TargetMode="External"/><Relationship Id="rId18" Type="http://schemas.openxmlformats.org/officeDocument/2006/relationships/hyperlink" Target="https://eiti.org/document/24244?download=1" TargetMode="External"/><Relationship Id="rId26" Type="http://schemas.openxmlformats.org/officeDocument/2006/relationships/hyperlink" Target="https://eips.ethereum.org/EIPS/eip-721" TargetMode="External"/><Relationship Id="rId3" Type="http://schemas.openxmlformats.org/officeDocument/2006/relationships/settings" Target="settings.xml"/><Relationship Id="rId21" Type="http://schemas.openxmlformats.org/officeDocument/2006/relationships/hyperlink" Target="https://primature.gov.gn/wp-content/uploads/2025/05/COMMUNIQUE-DU-GOUVERNEMENT.pdf" TargetMode="External"/><Relationship Id="rId7" Type="http://schemas.openxmlformats.org/officeDocument/2006/relationships/image" Target="media/image1.png"/><Relationship Id="rId12" Type="http://schemas.openxmlformats.org/officeDocument/2006/relationships/hyperlink" Target="https://www.isc.hbs.edu/strategy/business-strategy/Pages/strategic-positioning.aspx" TargetMode="External"/><Relationship Id="rId17" Type="http://schemas.openxmlformats.org/officeDocument/2006/relationships/hyperlink" Target="https://www.itie-guinee.org/retrait-du-permis-dexploitation-a-une-cinquantaine-dentreprises-minieres-decret/" TargetMode="External"/><Relationship Id="rId25" Type="http://schemas.openxmlformats.org/officeDocument/2006/relationships/hyperlink" Target="https://www.ifrs.org/issued-standards/list-of-standards/ias-38-intangible-assets/" TargetMode="External"/><Relationship Id="rId2" Type="http://schemas.openxmlformats.org/officeDocument/2006/relationships/styles" Target="styles.xml"/><Relationship Id="rId16" Type="http://schemas.openxmlformats.org/officeDocument/2006/relationships/hyperlink" Target="https://primature.gov.gn/wp-content/uploads/2025/05/COMMUNIQUE-DU-GOUVERNEMENT.pdf" TargetMode="External"/><Relationship Id="rId20" Type="http://schemas.openxmlformats.org/officeDocument/2006/relationships/hyperlink" Target="https://onlinelibrary.wiley.com/doi/10.1002/bse.70145" TargetMode="External"/><Relationship Id="rId29" Type="http://schemas.openxmlformats.org/officeDocument/2006/relationships/hyperlink" Target="https://www.oristella.com/downloads/22.3_Oristella_Appendix_6.2_Stress.xls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sc.hbs.edu/strategy/creating-a-successful-strategy/Pages/default.aspx" TargetMode="External"/><Relationship Id="rId24" Type="http://schemas.openxmlformats.org/officeDocument/2006/relationships/hyperlink" Target="https://www.wipo.int/en/web/wipo-magazine/articles/non-fungible-tokens-nfts-and-copyright-42365" TargetMode="External"/><Relationship Id="rId5" Type="http://schemas.openxmlformats.org/officeDocument/2006/relationships/footnotes" Target="footnotes.xml"/><Relationship Id="rId15" Type="http://schemas.openxmlformats.org/officeDocument/2006/relationships/hyperlink" Target="https://www.itie-guinee.org/retrait-du-permis-dexploitation-a-une-cinquantaine-dentreprises-minieres-decret/" TargetMode="External"/><Relationship Id="rId23" Type="http://schemas.openxmlformats.org/officeDocument/2006/relationships/hyperlink" Target="https://eips.ethereum.org/EIPS/eip-721" TargetMode="External"/><Relationship Id="rId28" Type="http://schemas.openxmlformats.org/officeDocument/2006/relationships/hyperlink" Target="https://www.oristella.com/downloads/22.3_Oristella_Appendix_6.1_Base.xlsx" TargetMode="External"/><Relationship Id="rId10" Type="http://schemas.openxmlformats.org/officeDocument/2006/relationships/hyperlink" Target="https://www.oristella.com/downloads/22.3_Oristella_Appendix_6.2_Stress.xlsx" TargetMode="External"/><Relationship Id="rId19" Type="http://schemas.openxmlformats.org/officeDocument/2006/relationships/hyperlink" Target="https://api.eiti.org/document/26328"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oristella.com/downloads/22.3_Oristella_Appendix_6.1_Base.xlsx" TargetMode="External"/><Relationship Id="rId14" Type="http://schemas.openxmlformats.org/officeDocument/2006/relationships/hyperlink" Target="https://www.isc.hbs.edu/strategy/business-strategy/Pages/strategic-positioning.aspx" TargetMode="External"/><Relationship Id="rId22" Type="http://schemas.openxmlformats.org/officeDocument/2006/relationships/hyperlink" Target="https://www.ifrs.org/issued-standards/list-of-standards/ias-38-intangible-assets/" TargetMode="External"/><Relationship Id="rId27" Type="http://schemas.openxmlformats.org/officeDocument/2006/relationships/hyperlink" Target="https://www.wipo.int/en/web/wipo-magazine/articles/non-fungible-tokens-nfts-and-copyright-42365" TargetMode="External"/><Relationship Id="rId30" Type="http://schemas.openxmlformats.org/officeDocument/2006/relationships/fontTable" Target="fontTable.xml"/><Relationship Id="rIdContact21" Type="http://schemas.openxmlformats.org/officeDocument/2006/relationships/hyperlink" Target="mailto:ilya.karas@farafina.gold" TargetMode="External"/><Relationship Id="rId32" Type="http://schemas.openxmlformats.org/officeDocument/2006/relationships/hyperlink" Target="https://www.oristella.com/downloads/22.3_Oristella_Appendix_6.1_Base.xlsx" TargetMode="External"/><Relationship Id="rId33" Type="http://schemas.openxmlformats.org/officeDocument/2006/relationships/hyperlink" Target="https://www.oristella.com/downloads/22.3_Oristella_Appendix_6.2_Stress.xlsx" TargetMode="External"/><Relationship Id="rId34" Type="http://schemas.openxmlformats.org/officeDocument/2006/relationships/image" Target="media/image2.png"/><Relationship Id="rId35" Type="http://schemas.openxmlformats.org/officeDocument/2006/relationships/hyperlink" Target="https://www.oristella.com/#appendix-1" TargetMode="External"/><Relationship Id="rId36" Type="http://schemas.openxmlformats.org/officeDocument/2006/relationships/hyperlink" Target="https://www.oristella.com/#appendix-2" TargetMode="External"/><Relationship Id="rId37" Type="http://schemas.openxmlformats.org/officeDocument/2006/relationships/hyperlink" Target="https://www.oristella.com/#appendix-3" TargetMode="External"/><Relationship Id="rId38" Type="http://schemas.openxmlformats.org/officeDocument/2006/relationships/hyperlink" Target="https://www.oristella.com/#appendix-4" TargetMode="External"/><Relationship Id="rId39" Type="http://schemas.openxmlformats.org/officeDocument/2006/relationships/hyperlink" Target="https://www.oristella.com/#appendix-5" TargetMode="External"/><Relationship Id="rId40" Type="http://schemas.openxmlformats.org/officeDocument/2006/relationships/hyperlink" Target="https://www.oristella.com/#appendix-6" TargetMode="Externa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yperlink" Target="https://www.oristella.com/appendix-4-1.html" TargetMode="External"/><Relationship Id="rId44" Type="http://schemas.openxmlformats.org/officeDocument/2006/relationships/hyperlink" Target="https://www.oristella.com/downloads/Appendix_4.1_Oristella_Data_Centre_Specification_EN_v2.docx" TargetMode="External"/><Relationship Id="rId45" Type="http://schemas.openxmlformats.org/officeDocument/2006/relationships/hyperlink" Target="https://www.oristella.com/appendix-4-2.html" TargetMode="External"/><Relationship Id="rId46" Type="http://schemas.openxmlformats.org/officeDocument/2006/relationships/hyperlink" Target="https://www.oristella.com/appendix-5-1.html" TargetMode="External"/><Relationship Id="rId47" Type="http://schemas.openxmlformats.org/officeDocument/2006/relationships/hyperlink" Target="https://www.oristella.com/appendix-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8083</Words>
  <Characters>46076</Characters>
  <Application>Microsoft Office Word</Application>
  <DocSecurity>0</DocSecurity>
  <Lines>383</Lines>
  <Paragraphs>108</Paragraphs>
  <ScaleCrop>false</ScaleCrop>
  <Company/>
  <LinksUpToDate>false</LinksUpToDate>
  <CharactersWithSpaces>54051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Oristella Investment Proposal</dc:title>
  <dc:creator>Ilya Karas</dc:creator>
  <cp:keywords/>
  <cp:lastModifiedBy>Ilya Karas</cp:lastModifiedBy>
  <cp:revision>2</cp:revision>
  <dcterms:created xsi:type="dcterms:W3CDTF">2026-10-21T19:19:00Z</dcterms:created>
  <dcterms:modified xsi:type="dcterms:W3CDTF">2026-10-21T19:19:00Z</dcterms:modified>
  <dc:subject>Version 3 (22.3), with Appendix 6.1 Base case and Appendix 6.2 Stress case</dc:subject>
</cp:coreProperties>
</file>